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Essential Compliance Training Marketing Pack</w:t>
      </w:r>
    </w:p>
    <w:p>
      <w:pPr>
        <w:spacing w:after="200"/>
      </w:pPr>
      <w:r>
        <w:rPr>
          <w:b/>
          <w:color w:val="1C78A5"/>
          <w:sz w:val="24"/>
        </w:rPr>
        <w:t>General and industry advertising copy for online CPD-accredited training</w:t>
      </w:r>
    </w:p>
    <w:tbl>
      <w:tblPr>
        <w:tblW w:type="auto" w:w="0"/>
        <w:jc w:val="left"/>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944"/>
        <w:gridCol w:w="8136"/>
      </w:tblGrid>
      <w:tr>
        <w:tc>
          <w:tcPr>
            <w:tcW w:type="dxa" w:w="1944"/>
            <w:tcMar>
              <w:top w:w="80" w:type="dxa"/>
              <w:start w:w="100" w:type="dxa"/>
              <w:bottom w:w="80" w:type="dxa"/>
              <w:end w:w="100" w:type="dxa"/>
            </w:tcMar>
            <w:shd w:fill="EAF4F8"/>
          </w:tcPr>
          <w:p>
            <w:r>
              <w:rPr>
                <w:b/>
              </w:rPr>
              <w:t>Organisation</w:t>
            </w:r>
          </w:p>
        </w:tc>
        <w:tc>
          <w:tcPr>
            <w:tcW w:type="dxa" w:w="8136"/>
            <w:tcMar>
              <w:top w:w="80" w:type="dxa"/>
              <w:start w:w="100" w:type="dxa"/>
              <w:bottom w:w="80" w:type="dxa"/>
              <w:end w:w="100" w:type="dxa"/>
            </w:tcMar>
          </w:tcPr>
          <w:p>
            <w:r>
              <w:t>Youstar Connect</w:t>
            </w:r>
          </w:p>
        </w:tc>
      </w:tr>
      <w:tr>
        <w:tc>
          <w:tcPr>
            <w:tcW w:type="dxa" w:w="1944"/>
            <w:tcMar>
              <w:top w:w="80" w:type="dxa"/>
              <w:start w:w="100" w:type="dxa"/>
              <w:bottom w:w="80" w:type="dxa"/>
              <w:end w:w="100" w:type="dxa"/>
            </w:tcMar>
            <w:shd w:fill="EAF4F8"/>
          </w:tcPr>
          <w:p>
            <w:r>
              <w:rPr>
                <w:b/>
              </w:rPr>
              <w:t>Issue date</w:t>
            </w:r>
          </w:p>
        </w:tc>
        <w:tc>
          <w:tcPr>
            <w:tcW w:type="dxa" w:w="8136"/>
            <w:tcMar>
              <w:top w:w="80" w:type="dxa"/>
              <w:start w:w="100" w:type="dxa"/>
              <w:bottom w:w="80" w:type="dxa"/>
              <w:end w:w="100" w:type="dxa"/>
            </w:tcMar>
          </w:tcPr>
          <w:p>
            <w:r>
              <w:t>September 2026</w:t>
            </w:r>
          </w:p>
        </w:tc>
      </w:tr>
      <w:tr>
        <w:tc>
          <w:tcPr>
            <w:tcW w:type="dxa" w:w="1944"/>
            <w:tcMar>
              <w:top w:w="80" w:type="dxa"/>
              <w:start w:w="100" w:type="dxa"/>
              <w:bottom w:w="80" w:type="dxa"/>
              <w:end w:w="100" w:type="dxa"/>
            </w:tcMar>
            <w:shd w:fill="EAF4F8"/>
          </w:tcPr>
          <w:p>
            <w:r>
              <w:rPr>
                <w:b/>
              </w:rPr>
              <w:t>Offer</w:t>
            </w:r>
          </w:p>
        </w:tc>
        <w:tc>
          <w:tcPr>
            <w:tcW w:type="dxa" w:w="8136"/>
            <w:tcMar>
              <w:top w:w="80" w:type="dxa"/>
              <w:start w:w="100" w:type="dxa"/>
              <w:bottom w:w="80" w:type="dxa"/>
              <w:end w:w="100" w:type="dxa"/>
            </w:tcMar>
          </w:tcPr>
          <w:p>
            <w:r>
              <w:t>Individual courses from £35 and four-course packages for £99 per employee</w:t>
            </w:r>
          </w:p>
        </w:tc>
      </w:tr>
    </w:tbl>
    <w:p/>
    <w:p>
      <w:r>
        <w:t>This pack provides consistent advertising copy for Youstar Connect’s online compliance-training offer. Each customer is contacted before activation to confirm the assigned training and completion period. While the learner account is active, the wider CPD-accredited course library is available at no additional cost.</w:t>
      </w:r>
    </w:p>
    <w:p>
      <w:pPr>
        <w:pStyle w:val="Heading1"/>
      </w:pPr>
      <w:r>
        <w:t>How to use this pack</w:t>
      </w:r>
    </w:p>
    <w:p>
      <w:pPr>
        <w:pStyle w:val="ListBullet"/>
        <w:spacing w:after="60"/>
      </w:pPr>
      <w:r>
        <w:t>Use the general advert on the main website, at networking events and in broad business campaigns.</w:t>
      </w:r>
    </w:p>
    <w:p>
      <w:pPr>
        <w:pStyle w:val="ListBullet"/>
        <w:spacing w:after="60"/>
      </w:pPr>
      <w:r>
        <w:t>Use the industry versions for paid social advertising, direct outreach, leaflets and local business visits.</w:t>
      </w:r>
    </w:p>
    <w:p>
      <w:pPr>
        <w:pStyle w:val="ListBullet"/>
        <w:spacing w:after="60"/>
      </w:pPr>
      <w:r>
        <w:t>Add the Youstar Connect QR code once the relevant landing page is ready.</w:t>
      </w:r>
    </w:p>
    <w:p>
      <w:pPr>
        <w:pStyle w:val="ListBullet"/>
        <w:spacing w:after="60"/>
      </w:pPr>
      <w:r>
        <w:t>Confirm that course titles match the learning platform before publishing.</w:t>
      </w:r>
    </w:p>
    <w:p>
      <w:pPr>
        <w:pStyle w:val="ListBullet"/>
        <w:spacing w:after="60"/>
      </w:pPr>
      <w:r>
        <w:t>Keep the access and cancellation wording consistent with the current Youstar Connect policy.</w:t>
      </w:r>
    </w:p>
    <w:p>
      <w:pPr>
        <w:pStyle w:val="Heading1"/>
      </w:pPr>
      <w:r>
        <w:t>Standard advertising terms</w:t>
      </w:r>
    </w:p>
    <w:p>
      <w:r>
        <w:t>Individual-course and package prices are per learner. The assigned course or courses, activation date, completion deadline and access-expiry date are agreed before activation. One assigned course includes at least 14 days’ access, two assigned courses include at least 30 days’ access, and a four-course package includes at least 60 days’ access. Additional courses may be completed while the learner account remains active. Online courses alone do not replace regulated qualifications, employer competency checks or required practical or role-specific training. Practical task-specific instruction may also be required. Full terms apply.</w:t>
      </w:r>
      <w:r>
        <w:t xml:space="preserve"> Each purchase is a one-off payment per learner for the agreed access period. There is no annual contract or automatic renewal. Renewal is optional.</w:t>
      </w:r>
    </w:p>
    <w:p>
      <w:r>
        <w:br w:type="page"/>
      </w:r>
    </w:p>
    <w:p>
      <w:pPr>
        <w:jc w:val="center"/>
      </w:pPr>
      <w:r>
        <w:rPr>
          <w:b/>
          <w:color w:val="1C78A5"/>
          <w:sz w:val="26"/>
        </w:rPr>
        <w:t>SMALL BUSINESSES</w:t>
      </w:r>
    </w:p>
    <w:p>
      <w:pPr>
        <w:spacing w:after="60"/>
        <w:jc w:val="center"/>
      </w:pPr>
      <w:r>
        <w:rPr>
          <w:b/>
          <w:color w:val="183A5A"/>
          <w:sz w:val="46"/>
        </w:rPr>
        <w:t>ESSENTIAL CPD-ACCREDITED ONLINE TRAINING FOR YOUR STAFF</w:t>
      </w:r>
    </w:p>
    <w:p>
      <w:pPr>
        <w:jc w:val="center"/>
      </w:pPr>
      <w:r>
        <w:rPr>
          <w:b/>
          <w:sz w:val="26"/>
        </w:rPr>
        <w:t>INDIVIDUAL COURSES FROM £35 PER EMPLOYEE</w:t>
      </w:r>
    </w:p>
    <w:p>
      <w:pPr>
        <w:jc w:val="center"/>
      </w:pPr>
      <w:r>
        <w:rPr>
          <w:b/>
          <w:color w:val="1C78A5"/>
          <w:sz w:val="32"/>
        </w:rPr>
        <w:t>FOUR-COURSE PACKAGE  £99 PER EMPLOYEE</w:t>
      </w:r>
    </w:p>
    <w:p>
      <w:pPr>
        <w:jc w:val="center"/>
      </w:pPr>
      <w:r>
        <w:rPr>
          <w:b/>
        </w:rPr>
        <w:t>Recommended courses</w:t>
      </w:r>
    </w:p>
    <w:p>
      <w:pPr>
        <w:jc w:val="center"/>
      </w:pPr>
      <w:r>
        <w:rPr>
          <w:b/>
          <w:sz w:val="23"/>
        </w:rPr>
        <w:t>Health and Safety   •   Fire Safety   •   GDPR and Data Protection   •   Equality Diversity and Inclusion</w:t>
      </w:r>
    </w:p>
    <w:p/>
    <w:tbl>
      <w:tblPr>
        <w:tblW w:type="auto" w:w="0"/>
        <w:jc w:val="center"/>
        <w:tblLayout w:type="fixed"/>
        <w:tblLook w:firstColumn="1" w:firstRow="1" w:lastColumn="0" w:lastRow="0" w:noHBand="0" w:noVBand="1" w:val="04A0"/>
        <w:tblBorders>
          <w:top w:val="single" w:sz="4" w:color="DDE5EA"/>
          <w:left w:val="single" w:sz="4" w:color="DDE5EA"/>
          <w:bottom w:val="single" w:sz="4" w:color="DDE5EA"/>
          <w:right w:val="single" w:sz="4" w:color="DDE5EA"/>
          <w:insideH w:val="single" w:sz="4" w:color="DDE5EA"/>
          <w:insideV w:val="single" w:sz="4" w:color="DDE5EA"/>
        </w:tblBorders>
      </w:tblPr>
      <w:tblGrid>
        <w:gridCol w:w="8928"/>
      </w:tblGrid>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One payment. No annual contract. Renew only when you choose.</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CPD-accredited online courses and completion certificates</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Choose courses that match your business and employee roles</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Minimum access periods: 14 days for one course, 30 days for two and 60 days for four</w:t>
            </w:r>
            <w:r>
              <w:rPr>
                <w:sz w:val="17"/>
              </w:rPr>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Access to the wider CPD-accredited course library while the account is active</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Complete additional courses at no extra cost during the agreed access period</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100 percent online and flexible</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Team discounts available</w:t>
            </w:r>
          </w:p>
        </w:tc>
      </w:tr>
    </w:tbl>
    <w:p/>
    <w:p>
      <w:pPr>
        <w:jc w:val="center"/>
      </w:pPr>
      <w:r>
        <w:rPr>
          <w:b/>
          <w:sz w:val="23"/>
        </w:rPr>
        <w:t>SCAN THE QR CODE OR CONTACT US TO DISCUSS YOUR TRAINING NEEDS</w:t>
      </w:r>
    </w:p>
    <w:p>
      <w:pPr>
        <w:jc w:val="center"/>
      </w:pPr>
      <w:r>
        <w:rPr>
          <w:b/>
          <w:i/>
          <w:color w:val="1C78A5"/>
          <w:sz w:val="26"/>
        </w:rPr>
        <w:t>Train your staff. Strengthen your business.</w:t>
      </w:r>
    </w:p>
    <w:p>
      <w:pPr>
        <w:jc w:val="center"/>
      </w:pPr>
      <w:r>
        <w:rPr>
          <w:b/>
          <w:sz w:val="26"/>
        </w:rPr>
        <w:t>YOUSTAR CONNECT</w:t>
      </w:r>
      <w:r>
        <w:br/>
        <w:t>www.youstarconnect.co.uk  •  info@youstarconnect.co.uk  •  07916 937741</w:t>
      </w:r>
    </w:p>
    <w:p>
      <w:pPr>
        <w:pStyle w:val="SmallPrint"/>
        <w:jc w:val="center"/>
      </w:pPr>
      <w:r>
        <w:t>Minimum access is 14 days for one course, 30 days for two and 60 days for four. Terms apply.</w:t>
      </w:r>
    </w:p>
    <w:p>
      <w:r>
        <w:br w:type="page"/>
      </w:r>
    </w:p>
    <w:p>
      <w:pPr>
        <w:jc w:val="center"/>
      </w:pPr>
      <w:r>
        <w:rPr>
          <w:b/>
          <w:color w:val="1C78A5"/>
          <w:sz w:val="26"/>
        </w:rPr>
        <w:t>CLEANING BUSINESSES</w:t>
      </w:r>
    </w:p>
    <w:p>
      <w:pPr>
        <w:spacing w:after="60"/>
        <w:jc w:val="center"/>
      </w:pPr>
      <w:r>
        <w:rPr>
          <w:b/>
          <w:color w:val="183A5A"/>
          <w:sz w:val="46"/>
        </w:rPr>
        <w:t>ESSENTIAL CPD-ACCREDITED TRAINING FOR CLEANING STAFF</w:t>
      </w:r>
    </w:p>
    <w:p>
      <w:pPr>
        <w:jc w:val="center"/>
      </w:pPr>
      <w:r>
        <w:rPr>
          <w:b/>
          <w:sz w:val="26"/>
        </w:rPr>
        <w:t>INDIVIDUAL COURSES FROM £35 PER EMPLOYEE</w:t>
      </w:r>
    </w:p>
    <w:p>
      <w:pPr>
        <w:jc w:val="center"/>
      </w:pPr>
      <w:r>
        <w:rPr>
          <w:b/>
          <w:color w:val="1C78A5"/>
          <w:sz w:val="32"/>
        </w:rPr>
        <w:t>FOUR-COURSE PACKAGE  £99 PER EMPLOYEE</w:t>
      </w:r>
    </w:p>
    <w:p>
      <w:pPr>
        <w:jc w:val="center"/>
      </w:pPr>
      <w:r>
        <w:rPr>
          <w:b/>
        </w:rPr>
        <w:t>Recommended courses</w:t>
      </w:r>
    </w:p>
    <w:p>
      <w:pPr>
        <w:jc w:val="center"/>
      </w:pPr>
      <w:r>
        <w:rPr>
          <w:b/>
          <w:sz w:val="23"/>
        </w:rPr>
        <w:t>Health and Safety   •   COSHH Awareness   •   Manual Handling   •   Infection Control</w:t>
      </w:r>
    </w:p>
    <w:p/>
    <w:tbl>
      <w:tblPr>
        <w:tblW w:type="auto" w:w="0"/>
        <w:jc w:val="center"/>
        <w:tblLayout w:type="fixed"/>
        <w:tblLook w:firstColumn="1" w:firstRow="1" w:lastColumn="0" w:lastRow="0" w:noHBand="0" w:noVBand="1" w:val="04A0"/>
        <w:tblBorders>
          <w:top w:val="single" w:sz="4" w:color="DDE5EA"/>
          <w:left w:val="single" w:sz="4" w:color="DDE5EA"/>
          <w:bottom w:val="single" w:sz="4" w:color="DDE5EA"/>
          <w:right w:val="single" w:sz="4" w:color="DDE5EA"/>
          <w:insideH w:val="single" w:sz="4" w:color="DDE5EA"/>
          <w:insideV w:val="single" w:sz="4" w:color="DDE5EA"/>
        </w:tblBorders>
      </w:tblPr>
      <w:tblGrid>
        <w:gridCol w:w="8928"/>
      </w:tblGrid>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One payment. No annual contract. Renew only when you choose.</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CPD-accredited online courses and completion certificates</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Minimum access periods: 14 days for one course, 30 days for two and 60 days for four</w:t>
            </w:r>
            <w:r>
              <w:rPr>
                <w:sz w:val="17"/>
              </w:rPr>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Access to the wider CPD-accredited course library while the account is active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Complete additional courses at no extra cost during the agreed access period</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100 percent online and flexible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Team discounts available</w:t>
            </w:r>
          </w:p>
        </w:tc>
      </w:tr>
    </w:tbl>
    <w:p/>
    <w:p>
      <w:pPr>
        <w:jc w:val="center"/>
      </w:pPr>
      <w:r>
        <w:rPr>
          <w:b/>
          <w:sz w:val="23"/>
        </w:rPr>
        <w:t>SCAN THE QR CODE OR CONTACT US TO DISCUSS YOUR TRAINING NEEDS</w:t>
      </w:r>
    </w:p>
    <w:p>
      <w:pPr>
        <w:jc w:val="center"/>
      </w:pPr>
      <w:r>
        <w:rPr>
          <w:b/>
          <w:i/>
          <w:color w:val="1C78A5"/>
          <w:sz w:val="26"/>
        </w:rPr>
        <w:t>Train your staff. Protect your business.</w:t>
      </w:r>
    </w:p>
    <w:p>
      <w:pPr>
        <w:jc w:val="center"/>
      </w:pPr>
      <w:r>
        <w:rPr>
          <w:b/>
          <w:sz w:val="26"/>
        </w:rPr>
        <w:t>YOUSTAR CONNECT</w:t>
      </w:r>
      <w:r>
        <w:br/>
        <w:t>www.youstarconnect.co.uk  •  info@youstarconnect.co.uk  •  07916 937741</w:t>
      </w:r>
    </w:p>
    <w:p>
      <w:pPr>
        <w:pStyle w:val="SmallPrint"/>
        <w:jc w:val="center"/>
      </w:pPr>
      <w:r>
        <w:t>Online courses alone do not replace regulated qualifications, employer competency checks or required practical or role-specific training. Practical task-specific instruction may also be required. Access terms apply.</w:t>
      </w:r>
    </w:p>
    <w:p>
      <w:r>
        <w:br w:type="page"/>
      </w:r>
    </w:p>
    <w:p>
      <w:pPr>
        <w:jc w:val="center"/>
      </w:pPr>
      <w:r>
        <w:rPr>
          <w:b/>
          <w:color w:val="1C78A5"/>
          <w:sz w:val="26"/>
        </w:rPr>
        <w:t>CHILDCARE BUSINESSES</w:t>
      </w:r>
    </w:p>
    <w:p>
      <w:pPr>
        <w:spacing w:after="60"/>
        <w:jc w:val="center"/>
      </w:pPr>
      <w:r>
        <w:rPr>
          <w:b/>
          <w:color w:val="183A5A"/>
          <w:sz w:val="46"/>
        </w:rPr>
        <w:t>ESSENTIAL CPD-ACCREDITED TRAINING FOR CHILDCARE STAFF</w:t>
      </w:r>
    </w:p>
    <w:p>
      <w:pPr>
        <w:jc w:val="center"/>
      </w:pPr>
      <w:r>
        <w:rPr>
          <w:b/>
          <w:sz w:val="26"/>
        </w:rPr>
        <w:t>INDIVIDUAL COURSES FROM £35 PER EMPLOYEE</w:t>
      </w:r>
    </w:p>
    <w:p>
      <w:pPr>
        <w:jc w:val="center"/>
      </w:pPr>
      <w:r>
        <w:rPr>
          <w:b/>
          <w:color w:val="1C78A5"/>
          <w:sz w:val="32"/>
        </w:rPr>
        <w:t>FOUR-COURSE PACKAGE  £99 PER EMPLOYEE</w:t>
      </w:r>
    </w:p>
    <w:p>
      <w:pPr>
        <w:jc w:val="center"/>
      </w:pPr>
      <w:r>
        <w:rPr>
          <w:b/>
        </w:rPr>
        <w:t>Recommended courses</w:t>
      </w:r>
    </w:p>
    <w:p>
      <w:pPr>
        <w:jc w:val="center"/>
      </w:pPr>
      <w:r>
        <w:rPr>
          <w:b/>
          <w:sz w:val="23"/>
        </w:rPr>
        <w:t>Safeguarding   •   Food Hygiene   •   Health and Safety   •   GDPR and Data Protection</w:t>
      </w:r>
    </w:p>
    <w:p/>
    <w:tbl>
      <w:tblPr>
        <w:tblW w:type="auto" w:w="0"/>
        <w:jc w:val="center"/>
        <w:tblLayout w:type="fixed"/>
        <w:tblLook w:firstColumn="1" w:firstRow="1" w:lastColumn="0" w:lastRow="0" w:noHBand="0" w:noVBand="1" w:val="04A0"/>
        <w:tblBorders>
          <w:top w:val="single" w:sz="4" w:color="DDE5EA"/>
          <w:left w:val="single" w:sz="4" w:color="DDE5EA"/>
          <w:bottom w:val="single" w:sz="4" w:color="DDE5EA"/>
          <w:right w:val="single" w:sz="4" w:color="DDE5EA"/>
          <w:insideH w:val="single" w:sz="4" w:color="DDE5EA"/>
          <w:insideV w:val="single" w:sz="4" w:color="DDE5EA"/>
        </w:tblBorders>
      </w:tblPr>
      <w:tblGrid>
        <w:gridCol w:w="8928"/>
      </w:tblGrid>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One payment. No annual contract. Renew only when you choose.</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CPD-accredited online courses and completion certificates</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Minimum access periods: 14 days for one course, 30 days for two and 60 days for four</w:t>
            </w:r>
            <w:r>
              <w:rPr>
                <w:sz w:val="17"/>
              </w:rPr>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Access to the wider CPD-accredited course library while the account is active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Complete additional courses at no extra cost during the agreed access period</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100 percent online and flexible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Team discounts available</w:t>
            </w:r>
          </w:p>
        </w:tc>
      </w:tr>
    </w:tbl>
    <w:p/>
    <w:p>
      <w:pPr>
        <w:jc w:val="center"/>
      </w:pPr>
      <w:r>
        <w:rPr>
          <w:b/>
          <w:sz w:val="23"/>
        </w:rPr>
        <w:t>SCAN THE QR CODE OR CONTACT US TO DISCUSS YOUR TRAINING NEEDS</w:t>
      </w:r>
    </w:p>
    <w:p>
      <w:pPr>
        <w:jc w:val="center"/>
      </w:pPr>
      <w:r>
        <w:rPr>
          <w:b/>
          <w:i/>
          <w:color w:val="1C78A5"/>
          <w:sz w:val="26"/>
        </w:rPr>
        <w:t>Support your staff. Strengthen your childcare service.</w:t>
      </w:r>
    </w:p>
    <w:p>
      <w:pPr>
        <w:jc w:val="center"/>
      </w:pPr>
      <w:r>
        <w:rPr>
          <w:b/>
          <w:sz w:val="26"/>
        </w:rPr>
        <w:t>YOUSTAR CONNECT</w:t>
      </w:r>
      <w:r>
        <w:br/>
        <w:t>www.youstarconnect.co.uk  •  info@youstarconnect.co.uk  •  07916 937741</w:t>
      </w:r>
    </w:p>
    <w:p>
      <w:pPr>
        <w:pStyle w:val="SmallPrint"/>
        <w:jc w:val="center"/>
      </w:pPr>
      <w:r>
        <w:t>Online courses alone do not replace regulated paediatric first aid, regulated qualifications, employer competency checks or required practical or role-specific training. Access terms apply.</w:t>
      </w:r>
    </w:p>
    <w:p>
      <w:r>
        <w:br w:type="page"/>
      </w:r>
    </w:p>
    <w:p>
      <w:pPr>
        <w:jc w:val="center"/>
      </w:pPr>
      <w:r>
        <w:rPr>
          <w:b/>
          <w:color w:val="1C78A5"/>
          <w:sz w:val="26"/>
        </w:rPr>
        <w:t>RESTAURANTS CAFÉS AND HOSPITALITY BUSINESSES</w:t>
      </w:r>
    </w:p>
    <w:p>
      <w:pPr>
        <w:spacing w:after="60"/>
        <w:jc w:val="center"/>
      </w:pPr>
      <w:r>
        <w:rPr>
          <w:b/>
          <w:color w:val="183A5A"/>
          <w:sz w:val="46"/>
        </w:rPr>
        <w:t>ESSENTIAL CPD-ACCREDITED TRAINING FOR HOSPITALITY STAFF</w:t>
      </w:r>
    </w:p>
    <w:p>
      <w:pPr>
        <w:jc w:val="center"/>
      </w:pPr>
      <w:r>
        <w:rPr>
          <w:b/>
          <w:sz w:val="26"/>
        </w:rPr>
        <w:t>INDIVIDUAL COURSES FROM £35 PER EMPLOYEE</w:t>
      </w:r>
    </w:p>
    <w:p>
      <w:pPr>
        <w:jc w:val="center"/>
      </w:pPr>
      <w:r>
        <w:rPr>
          <w:b/>
          <w:color w:val="1C78A5"/>
          <w:sz w:val="32"/>
        </w:rPr>
        <w:t>FOUR-COURSE PACKAGE  £99 PER EMPLOYEE</w:t>
      </w:r>
    </w:p>
    <w:p>
      <w:pPr>
        <w:jc w:val="center"/>
      </w:pPr>
      <w:r>
        <w:rPr>
          <w:b/>
        </w:rPr>
        <w:t>Recommended courses</w:t>
      </w:r>
    </w:p>
    <w:p>
      <w:pPr>
        <w:jc w:val="center"/>
      </w:pPr>
      <w:r>
        <w:rPr>
          <w:b/>
          <w:sz w:val="23"/>
        </w:rPr>
        <w:t>Food Safety   •   Fire Safety   •   Health and Safety   •   Customer Service</w:t>
      </w:r>
    </w:p>
    <w:p/>
    <w:tbl>
      <w:tblPr>
        <w:tblW w:type="auto" w:w="0"/>
        <w:jc w:val="center"/>
        <w:tblLayout w:type="fixed"/>
        <w:tblLook w:firstColumn="1" w:firstRow="1" w:lastColumn="0" w:lastRow="0" w:noHBand="0" w:noVBand="1" w:val="04A0"/>
        <w:tblBorders>
          <w:top w:val="single" w:sz="4" w:color="DDE5EA"/>
          <w:left w:val="single" w:sz="4" w:color="DDE5EA"/>
          <w:bottom w:val="single" w:sz="4" w:color="DDE5EA"/>
          <w:right w:val="single" w:sz="4" w:color="DDE5EA"/>
          <w:insideH w:val="single" w:sz="4" w:color="DDE5EA"/>
          <w:insideV w:val="single" w:sz="4" w:color="DDE5EA"/>
        </w:tblBorders>
      </w:tblPr>
      <w:tblGrid>
        <w:gridCol w:w="8928"/>
      </w:tblGrid>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One payment. No annual contract. Renew only when you choose.</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CPD-accredited online courses and completion certificates</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Minimum access periods: 14 days for one course, 30 days for two and 60 days for four</w:t>
            </w:r>
            <w:r>
              <w:rPr>
                <w:sz w:val="17"/>
              </w:rPr>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Access to the wider CPD-accredited course library while the account is active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Complete additional courses at no extra cost during the agreed access period</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100 percent online and flexible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Team discounts available</w:t>
            </w:r>
          </w:p>
        </w:tc>
      </w:tr>
    </w:tbl>
    <w:p/>
    <w:p>
      <w:pPr>
        <w:jc w:val="center"/>
      </w:pPr>
      <w:r>
        <w:rPr>
          <w:b/>
          <w:sz w:val="23"/>
        </w:rPr>
        <w:t>SCAN THE QR CODE OR CONTACT US TO DISCUSS YOUR TRAINING NEEDS</w:t>
      </w:r>
    </w:p>
    <w:p>
      <w:pPr>
        <w:jc w:val="center"/>
      </w:pPr>
      <w:r>
        <w:rPr>
          <w:b/>
          <w:i/>
          <w:color w:val="1C78A5"/>
          <w:sz w:val="26"/>
        </w:rPr>
        <w:t>Better-trained staff. Stronger customer service.</w:t>
      </w:r>
    </w:p>
    <w:p>
      <w:pPr>
        <w:jc w:val="center"/>
      </w:pPr>
      <w:r>
        <w:rPr>
          <w:b/>
          <w:sz w:val="26"/>
        </w:rPr>
        <w:t>YOUSTAR CONNECT</w:t>
      </w:r>
      <w:r>
        <w:br/>
        <w:t>www.youstarconnect.co.uk  •  info@youstarconnect.co.uk  •  07916 937741</w:t>
      </w:r>
    </w:p>
    <w:p>
      <w:pPr>
        <w:pStyle w:val="SmallPrint"/>
        <w:jc w:val="center"/>
      </w:pPr>
      <w:r>
        <w:t>Minimum access is 14 days for one course, 30 days for two and 60 days for four. Terms apply.</w:t>
      </w:r>
    </w:p>
    <w:p>
      <w:r>
        <w:br w:type="page"/>
      </w:r>
    </w:p>
    <w:p>
      <w:pPr>
        <w:jc w:val="center"/>
      </w:pPr>
      <w:r>
        <w:rPr>
          <w:b/>
          <w:color w:val="1C78A5"/>
          <w:sz w:val="26"/>
        </w:rPr>
        <w:t>RETAIL BUSINESSES</w:t>
      </w:r>
    </w:p>
    <w:p>
      <w:pPr>
        <w:spacing w:after="60"/>
        <w:jc w:val="center"/>
      </w:pPr>
      <w:r>
        <w:rPr>
          <w:b/>
          <w:color w:val="183A5A"/>
          <w:sz w:val="46"/>
        </w:rPr>
        <w:t>ESSENTIAL CPD-ACCREDITED TRAINING FOR RETAIL STAFF</w:t>
      </w:r>
    </w:p>
    <w:p>
      <w:pPr>
        <w:jc w:val="center"/>
      </w:pPr>
      <w:r>
        <w:rPr>
          <w:b/>
          <w:sz w:val="26"/>
        </w:rPr>
        <w:t>INDIVIDUAL COURSES FROM £35 PER EMPLOYEE</w:t>
      </w:r>
    </w:p>
    <w:p>
      <w:pPr>
        <w:jc w:val="center"/>
      </w:pPr>
      <w:r>
        <w:rPr>
          <w:b/>
          <w:color w:val="1C78A5"/>
          <w:sz w:val="32"/>
        </w:rPr>
        <w:t>FOUR-COURSE PACKAGE  £99 PER EMPLOYEE</w:t>
      </w:r>
    </w:p>
    <w:p>
      <w:pPr>
        <w:jc w:val="center"/>
      </w:pPr>
      <w:r>
        <w:rPr>
          <w:b/>
        </w:rPr>
        <w:t>Recommended courses</w:t>
      </w:r>
    </w:p>
    <w:p>
      <w:pPr>
        <w:jc w:val="center"/>
      </w:pPr>
      <w:r>
        <w:rPr>
          <w:b/>
          <w:sz w:val="23"/>
        </w:rPr>
        <w:t>Customer Service   •   Fire Safety   •   Health and Safety   •   Manual Handling</w:t>
      </w:r>
    </w:p>
    <w:p/>
    <w:tbl>
      <w:tblPr>
        <w:tblW w:type="auto" w:w="0"/>
        <w:jc w:val="center"/>
        <w:tblLayout w:type="fixed"/>
        <w:tblLook w:firstColumn="1" w:firstRow="1" w:lastColumn="0" w:lastRow="0" w:noHBand="0" w:noVBand="1" w:val="04A0"/>
        <w:tblBorders>
          <w:top w:val="single" w:sz="4" w:color="DDE5EA"/>
          <w:left w:val="single" w:sz="4" w:color="DDE5EA"/>
          <w:bottom w:val="single" w:sz="4" w:color="DDE5EA"/>
          <w:right w:val="single" w:sz="4" w:color="DDE5EA"/>
          <w:insideH w:val="single" w:sz="4" w:color="DDE5EA"/>
          <w:insideV w:val="single" w:sz="4" w:color="DDE5EA"/>
        </w:tblBorders>
      </w:tblPr>
      <w:tblGrid>
        <w:gridCol w:w="8928"/>
      </w:tblGrid>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One payment. No annual contract. Renew only when you choose.</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CPD-accredited online courses and completion certificates</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Minimum access periods: 14 days for one course, 30 days for two and 60 days for four</w:t>
            </w:r>
            <w:r>
              <w:rPr>
                <w:sz w:val="17"/>
              </w:rPr>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Access to the wider CPD-accredited course library while the account is active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Complete additional courses at no extra cost during the agreed access period</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100 percent online and flexible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Team discounts available</w:t>
            </w:r>
          </w:p>
        </w:tc>
      </w:tr>
    </w:tbl>
    <w:p/>
    <w:p>
      <w:pPr>
        <w:jc w:val="center"/>
      </w:pPr>
      <w:r>
        <w:rPr>
          <w:b/>
          <w:sz w:val="23"/>
        </w:rPr>
        <w:t>SCAN THE QR CODE OR CONTACT US TO DISCUSS YOUR TRAINING NEEDS</w:t>
      </w:r>
    </w:p>
    <w:p>
      <w:pPr>
        <w:jc w:val="center"/>
      </w:pPr>
      <w:r>
        <w:rPr>
          <w:b/>
          <w:i/>
          <w:color w:val="1C78A5"/>
          <w:sz w:val="26"/>
        </w:rPr>
        <w:t>Develop your staff. Strengthen your business.</w:t>
      </w:r>
    </w:p>
    <w:p>
      <w:pPr>
        <w:jc w:val="center"/>
      </w:pPr>
      <w:r>
        <w:rPr>
          <w:b/>
          <w:sz w:val="26"/>
        </w:rPr>
        <w:t>YOUSTAR CONNECT</w:t>
      </w:r>
      <w:r>
        <w:br/>
        <w:t>www.youstarconnect.co.uk  •  info@youstarconnect.co.uk  •  07916 937741</w:t>
      </w:r>
    </w:p>
    <w:p>
      <w:pPr>
        <w:pStyle w:val="SmallPrint"/>
        <w:jc w:val="center"/>
      </w:pPr>
      <w:r>
        <w:t>Online courses alone do not replace regulated qualifications, employer competency checks or required practical or role-specific training. Practical task-specific instruction may also be required. Access terms apply.</w:t>
      </w:r>
    </w:p>
    <w:p>
      <w:r>
        <w:br w:type="page"/>
      </w:r>
    </w:p>
    <w:p>
      <w:pPr>
        <w:jc w:val="center"/>
      </w:pPr>
      <w:r>
        <w:rPr>
          <w:b/>
          <w:color w:val="1C78A5"/>
          <w:sz w:val="26"/>
        </w:rPr>
        <w:t>CARE AND SUPPORT ORGANISATIONS</w:t>
      </w:r>
    </w:p>
    <w:p>
      <w:pPr>
        <w:spacing w:after="60"/>
        <w:jc w:val="center"/>
      </w:pPr>
      <w:r>
        <w:rPr>
          <w:b/>
          <w:color w:val="183A5A"/>
          <w:sz w:val="46"/>
        </w:rPr>
        <w:t>ESSENTIAL CPD-ACCREDITED TRAINING FOR CARE STAFF</w:t>
      </w:r>
    </w:p>
    <w:p>
      <w:pPr>
        <w:jc w:val="center"/>
      </w:pPr>
      <w:r>
        <w:rPr>
          <w:b/>
          <w:sz w:val="26"/>
        </w:rPr>
        <w:t>INDIVIDUAL COURSES FROM £35 PER EMPLOYEE</w:t>
      </w:r>
    </w:p>
    <w:p>
      <w:pPr>
        <w:jc w:val="center"/>
      </w:pPr>
      <w:r>
        <w:rPr>
          <w:b/>
          <w:color w:val="1C78A5"/>
          <w:sz w:val="32"/>
        </w:rPr>
        <w:t>FOUR-COURSE PACKAGE  £99 PER EMPLOYEE</w:t>
      </w:r>
    </w:p>
    <w:p>
      <w:pPr>
        <w:jc w:val="center"/>
      </w:pPr>
      <w:r>
        <w:rPr>
          <w:b/>
        </w:rPr>
        <w:t>Recommended courses</w:t>
      </w:r>
    </w:p>
    <w:p>
      <w:pPr>
        <w:jc w:val="center"/>
      </w:pPr>
      <w:r>
        <w:rPr>
          <w:b/>
          <w:sz w:val="23"/>
        </w:rPr>
        <w:t>Safeguarding Adults   •   Infection Control   •   Equality and Diversity   •   Manual Handling</w:t>
      </w:r>
    </w:p>
    <w:p/>
    <w:tbl>
      <w:tblPr>
        <w:tblW w:type="auto" w:w="0"/>
        <w:jc w:val="center"/>
        <w:tblLayout w:type="fixed"/>
        <w:tblLook w:firstColumn="1" w:firstRow="1" w:lastColumn="0" w:lastRow="0" w:noHBand="0" w:noVBand="1" w:val="04A0"/>
        <w:tblBorders>
          <w:top w:val="single" w:sz="4" w:color="DDE5EA"/>
          <w:left w:val="single" w:sz="4" w:color="DDE5EA"/>
          <w:bottom w:val="single" w:sz="4" w:color="DDE5EA"/>
          <w:right w:val="single" w:sz="4" w:color="DDE5EA"/>
          <w:insideH w:val="single" w:sz="4" w:color="DDE5EA"/>
          <w:insideV w:val="single" w:sz="4" w:color="DDE5EA"/>
        </w:tblBorders>
      </w:tblPr>
      <w:tblGrid>
        <w:gridCol w:w="8928"/>
      </w:tblGrid>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One payment. No annual contract. Renew only when you choose.</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CPD-accredited online courses and completion certificates</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Minimum access periods: 14 days for one course, 30 days for two and 60 days for four</w:t>
            </w:r>
            <w:r>
              <w:rPr>
                <w:sz w:val="17"/>
              </w:rPr>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Access to the wider CPD-accredited course library while the account is active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Complete additional courses at no extra cost during the agreed access period</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100 percent online and flexible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Team discounts available</w:t>
            </w:r>
          </w:p>
        </w:tc>
      </w:tr>
    </w:tbl>
    <w:p/>
    <w:p>
      <w:pPr>
        <w:jc w:val="center"/>
      </w:pPr>
      <w:r>
        <w:rPr>
          <w:b/>
          <w:sz w:val="23"/>
        </w:rPr>
        <w:t>SCAN THE QR CODE OR CONTACT US TO DISCUSS YOUR TRAINING NEEDS</w:t>
      </w:r>
    </w:p>
    <w:p>
      <w:pPr>
        <w:jc w:val="center"/>
      </w:pPr>
      <w:r>
        <w:rPr>
          <w:b/>
          <w:i/>
          <w:color w:val="1C78A5"/>
          <w:sz w:val="26"/>
        </w:rPr>
        <w:t>Build knowledge. Improve care. Protect the people you support.</w:t>
      </w:r>
    </w:p>
    <w:p>
      <w:pPr>
        <w:jc w:val="center"/>
      </w:pPr>
      <w:r>
        <w:rPr>
          <w:b/>
          <w:sz w:val="26"/>
        </w:rPr>
        <w:t>YOUSTAR CONNECT</w:t>
      </w:r>
      <w:r>
        <w:br/>
        <w:t>www.youstarconnect.co.uk  •  info@youstarconnect.co.uk  •  07916 937741</w:t>
      </w:r>
    </w:p>
    <w:p>
      <w:pPr>
        <w:pStyle w:val="SmallPrint"/>
        <w:jc w:val="center"/>
      </w:pPr>
      <w:r>
        <w:t>Online courses alone do not replace regulated qualifications, employer competency checks or required practical or role-specific training. Practical task-specific instruction may also be required. Access terms apply.</w:t>
      </w:r>
    </w:p>
    <w:p>
      <w:r>
        <w:br w:type="page"/>
      </w:r>
    </w:p>
    <w:p>
      <w:pPr>
        <w:jc w:val="center"/>
      </w:pPr>
      <w:r>
        <w:rPr>
          <w:b/>
          <w:color w:val="1C78A5"/>
          <w:sz w:val="26"/>
        </w:rPr>
        <w:t>SECURITY COMPANIES</w:t>
      </w:r>
    </w:p>
    <w:p>
      <w:pPr>
        <w:spacing w:after="60"/>
        <w:jc w:val="center"/>
      </w:pPr>
      <w:r>
        <w:rPr>
          <w:b/>
          <w:color w:val="183A5A"/>
          <w:sz w:val="46"/>
        </w:rPr>
        <w:t>ESSENTIAL CPD-ACCREDITED TRAINING FOR SECURITY STAFF</w:t>
      </w:r>
    </w:p>
    <w:p>
      <w:pPr>
        <w:jc w:val="center"/>
      </w:pPr>
      <w:r>
        <w:rPr>
          <w:b/>
          <w:sz w:val="26"/>
        </w:rPr>
        <w:t>INDIVIDUAL COURSES FROM £35 PER EMPLOYEE</w:t>
      </w:r>
    </w:p>
    <w:p>
      <w:pPr>
        <w:jc w:val="center"/>
      </w:pPr>
      <w:r>
        <w:rPr>
          <w:b/>
          <w:color w:val="1C78A5"/>
          <w:sz w:val="32"/>
        </w:rPr>
        <w:t>FOUR-COURSE PACKAGE  £99 PER EMPLOYEE</w:t>
      </w:r>
    </w:p>
    <w:p>
      <w:pPr>
        <w:jc w:val="center"/>
      </w:pPr>
      <w:r>
        <w:rPr>
          <w:b/>
        </w:rPr>
        <w:t>Recommended courses</w:t>
      </w:r>
    </w:p>
    <w:p>
      <w:pPr>
        <w:jc w:val="center"/>
      </w:pPr>
      <w:r>
        <w:rPr>
          <w:b/>
          <w:sz w:val="23"/>
        </w:rPr>
        <w:t>Health and Safety   •   Fire Safety   •   Conflict Resolution   •   GDPR and Data Protection</w:t>
      </w:r>
    </w:p>
    <w:p/>
    <w:tbl>
      <w:tblPr>
        <w:tblW w:type="auto" w:w="0"/>
        <w:jc w:val="center"/>
        <w:tblLayout w:type="fixed"/>
        <w:tblLook w:firstColumn="1" w:firstRow="1" w:lastColumn="0" w:lastRow="0" w:noHBand="0" w:noVBand="1" w:val="04A0"/>
        <w:tblBorders>
          <w:top w:val="single" w:sz="4" w:color="DDE5EA"/>
          <w:left w:val="single" w:sz="4" w:color="DDE5EA"/>
          <w:bottom w:val="single" w:sz="4" w:color="DDE5EA"/>
          <w:right w:val="single" w:sz="4" w:color="DDE5EA"/>
          <w:insideH w:val="single" w:sz="4" w:color="DDE5EA"/>
          <w:insideV w:val="single" w:sz="4" w:color="DDE5EA"/>
        </w:tblBorders>
      </w:tblPr>
      <w:tblGrid>
        <w:gridCol w:w="8928"/>
      </w:tblGrid>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One payment. No annual contract. Renew only when you choose.</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CPD-accredited online courses and completion certificates</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Minimum access periods: 14 days for one course, 30 days for two and 60 days for four</w:t>
            </w:r>
            <w:r>
              <w:rPr>
                <w:sz w:val="17"/>
              </w:rPr>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Access to the wider CPD-accredited course library while the account is active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Complete additional courses at no extra cost during the agreed access period</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100 percent online and flexible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Team discounts available</w:t>
            </w:r>
          </w:p>
        </w:tc>
      </w:tr>
    </w:tbl>
    <w:p/>
    <w:p>
      <w:pPr>
        <w:jc w:val="center"/>
      </w:pPr>
      <w:r>
        <w:rPr>
          <w:b/>
          <w:sz w:val="23"/>
        </w:rPr>
        <w:t>SCAN THE QR CODE OR CONTACT US TO DISCUSS YOUR TRAINING NEEDS</w:t>
      </w:r>
    </w:p>
    <w:p>
      <w:pPr>
        <w:jc w:val="center"/>
      </w:pPr>
      <w:r>
        <w:rPr>
          <w:b/>
          <w:i/>
          <w:color w:val="1C78A5"/>
          <w:sz w:val="26"/>
        </w:rPr>
        <w:t>Train your staff. Protect your business.</w:t>
      </w:r>
    </w:p>
    <w:p>
      <w:pPr>
        <w:jc w:val="center"/>
      </w:pPr>
      <w:r>
        <w:rPr>
          <w:b/>
          <w:sz w:val="26"/>
        </w:rPr>
        <w:t>YOUSTAR CONNECT</w:t>
      </w:r>
      <w:r>
        <w:br/>
        <w:t>www.youstarconnect.co.uk  •  info@youstarconnect.co.uk  •  07916 937741</w:t>
      </w:r>
    </w:p>
    <w:p>
      <w:pPr>
        <w:pStyle w:val="SmallPrint"/>
        <w:jc w:val="center"/>
      </w:pPr>
      <w:r>
        <w:t>Online courses alone do not replace SIA licensing, regulated qualifications, employer competency checks or required practical or role-specific training. Access terms apply.</w:t>
      </w:r>
    </w:p>
    <w:p>
      <w:r>
        <w:br w:type="page"/>
      </w:r>
    </w:p>
    <w:p>
      <w:pPr>
        <w:jc w:val="center"/>
      </w:pPr>
      <w:r>
        <w:rPr>
          <w:b/>
          <w:color w:val="1C78A5"/>
          <w:sz w:val="26"/>
        </w:rPr>
        <w:t>WAREHOUSES AND REMOVAL COMPANIES</w:t>
      </w:r>
    </w:p>
    <w:p>
      <w:pPr>
        <w:spacing w:after="60"/>
        <w:jc w:val="center"/>
      </w:pPr>
      <w:r>
        <w:rPr>
          <w:b/>
          <w:color w:val="183A5A"/>
          <w:sz w:val="46"/>
        </w:rPr>
        <w:t>ESSENTIAL CPD-ACCREDITED TRAINING FOR WAREHOUSE AND REMOVAL STAFF</w:t>
      </w:r>
    </w:p>
    <w:p>
      <w:pPr>
        <w:jc w:val="center"/>
      </w:pPr>
      <w:r>
        <w:rPr>
          <w:b/>
          <w:sz w:val="26"/>
        </w:rPr>
        <w:t>INDIVIDUAL COURSES FROM £35 PER EMPLOYEE</w:t>
      </w:r>
    </w:p>
    <w:p>
      <w:pPr>
        <w:jc w:val="center"/>
      </w:pPr>
      <w:r>
        <w:rPr>
          <w:b/>
          <w:color w:val="1C78A5"/>
          <w:sz w:val="32"/>
        </w:rPr>
        <w:t>FOUR-COURSE PACKAGE  £99 PER EMPLOYEE</w:t>
      </w:r>
    </w:p>
    <w:p>
      <w:pPr>
        <w:jc w:val="center"/>
      </w:pPr>
      <w:r>
        <w:rPr>
          <w:b/>
        </w:rPr>
        <w:t>Recommended courses</w:t>
      </w:r>
    </w:p>
    <w:p>
      <w:pPr>
        <w:jc w:val="center"/>
      </w:pPr>
      <w:r>
        <w:rPr>
          <w:b/>
          <w:sz w:val="23"/>
        </w:rPr>
        <w:t>Health and Safety   •   Manual Handling   •   Fire Safety   •   COSHH Awareness</w:t>
      </w:r>
    </w:p>
    <w:p/>
    <w:tbl>
      <w:tblPr>
        <w:tblW w:type="auto" w:w="0"/>
        <w:jc w:val="center"/>
        <w:tblLayout w:type="fixed"/>
        <w:tblLook w:firstColumn="1" w:firstRow="1" w:lastColumn="0" w:lastRow="0" w:noHBand="0" w:noVBand="1" w:val="04A0"/>
        <w:tblBorders>
          <w:top w:val="single" w:sz="4" w:color="DDE5EA"/>
          <w:left w:val="single" w:sz="4" w:color="DDE5EA"/>
          <w:bottom w:val="single" w:sz="4" w:color="DDE5EA"/>
          <w:right w:val="single" w:sz="4" w:color="DDE5EA"/>
          <w:insideH w:val="single" w:sz="4" w:color="DDE5EA"/>
          <w:insideV w:val="single" w:sz="4" w:color="DDE5EA"/>
        </w:tblBorders>
      </w:tblPr>
      <w:tblGrid>
        <w:gridCol w:w="8928"/>
      </w:tblGrid>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One payment. No annual contract. Renew only when you choose.</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CPD-accredited online courses and completion certificates</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Minimum access periods: 14 days for one course, 30 days for two and 60 days for four</w:t>
            </w:r>
            <w:r>
              <w:rPr>
                <w:sz w:val="17"/>
              </w:rPr>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Access to the wider CPD-accredited course library while the account is active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Complete additional courses at no extra cost during the agreed access period</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100 percent online and flexible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Team discounts available</w:t>
            </w:r>
          </w:p>
        </w:tc>
      </w:tr>
    </w:tbl>
    <w:p/>
    <w:p>
      <w:pPr>
        <w:jc w:val="center"/>
      </w:pPr>
      <w:r>
        <w:rPr>
          <w:b/>
          <w:sz w:val="23"/>
        </w:rPr>
        <w:t>SCAN THE QR CODE OR CONTACT US TO DISCUSS YOUR TRAINING NEEDS</w:t>
      </w:r>
    </w:p>
    <w:p>
      <w:pPr>
        <w:jc w:val="center"/>
      </w:pPr>
      <w:r>
        <w:rPr>
          <w:b/>
          <w:i/>
          <w:color w:val="1C78A5"/>
          <w:sz w:val="26"/>
        </w:rPr>
        <w:t>Safer working. Stronger teams.</w:t>
      </w:r>
    </w:p>
    <w:p>
      <w:pPr>
        <w:jc w:val="center"/>
      </w:pPr>
      <w:r>
        <w:rPr>
          <w:b/>
          <w:sz w:val="26"/>
        </w:rPr>
        <w:t>YOUSTAR CONNECT</w:t>
      </w:r>
      <w:r>
        <w:br/>
        <w:t>www.youstarconnect.co.uk  •  info@youstarconnect.co.uk  •  07916 937741</w:t>
      </w:r>
    </w:p>
    <w:p>
      <w:pPr>
        <w:pStyle w:val="SmallPrint"/>
        <w:jc w:val="center"/>
      </w:pPr>
      <w:r>
        <w:t>Online courses alone do not replace regulated qualifications, employer competency checks or required practical or role-specific training. Practical task-specific instruction may also be required. Access terms apply.</w:t>
      </w:r>
    </w:p>
    <w:p>
      <w:r>
        <w:br w:type="page"/>
      </w:r>
    </w:p>
    <w:p>
      <w:pPr>
        <w:jc w:val="center"/>
      </w:pPr>
      <w:r>
        <w:rPr>
          <w:b/>
          <w:color w:val="1C78A5"/>
          <w:sz w:val="26"/>
        </w:rPr>
        <w:t>RECRUITMENT AGENCIES</w:t>
      </w:r>
    </w:p>
    <w:p>
      <w:pPr>
        <w:spacing w:after="60"/>
        <w:jc w:val="center"/>
      </w:pPr>
      <w:r>
        <w:rPr>
          <w:b/>
          <w:color w:val="183A5A"/>
          <w:sz w:val="46"/>
        </w:rPr>
        <w:t>ESSENTIAL CPD-ACCREDITED TRAINING FOR TEMPORARY WORKERS</w:t>
      </w:r>
    </w:p>
    <w:p>
      <w:pPr>
        <w:jc w:val="center"/>
      </w:pPr>
      <w:r>
        <w:rPr>
          <w:b/>
          <w:sz w:val="26"/>
        </w:rPr>
        <w:t>INDIVIDUAL COURSES FROM £35 PER EMPLOYEE</w:t>
      </w:r>
    </w:p>
    <w:p>
      <w:pPr>
        <w:jc w:val="center"/>
      </w:pPr>
      <w:r>
        <w:rPr>
          <w:b/>
          <w:color w:val="1C78A5"/>
          <w:sz w:val="32"/>
        </w:rPr>
        <w:t>FOUR-COURSE PACKAGE  £99 PER EMPLOYEE</w:t>
      </w:r>
    </w:p>
    <w:p>
      <w:pPr>
        <w:jc w:val="center"/>
      </w:pPr>
      <w:r>
        <w:rPr>
          <w:b/>
        </w:rPr>
        <w:t>Recommended courses</w:t>
      </w:r>
    </w:p>
    <w:p>
      <w:pPr>
        <w:jc w:val="center"/>
      </w:pPr>
      <w:r>
        <w:rPr>
          <w:b/>
          <w:sz w:val="23"/>
        </w:rPr>
        <w:t>Health and Safety   •   Equality Diversity and Inclusion   •   GDPR and Data Protection   •   Safeguarding Awareness</w:t>
      </w:r>
    </w:p>
    <w:p/>
    <w:tbl>
      <w:tblPr>
        <w:tblW w:type="auto" w:w="0"/>
        <w:jc w:val="center"/>
        <w:tblLayout w:type="fixed"/>
        <w:tblLook w:firstColumn="1" w:firstRow="1" w:lastColumn="0" w:lastRow="0" w:noHBand="0" w:noVBand="1" w:val="04A0"/>
        <w:tblBorders>
          <w:top w:val="single" w:sz="4" w:color="DDE5EA"/>
          <w:left w:val="single" w:sz="4" w:color="DDE5EA"/>
          <w:bottom w:val="single" w:sz="4" w:color="DDE5EA"/>
          <w:right w:val="single" w:sz="4" w:color="DDE5EA"/>
          <w:insideH w:val="single" w:sz="4" w:color="DDE5EA"/>
          <w:insideV w:val="single" w:sz="4" w:color="DDE5EA"/>
        </w:tblBorders>
      </w:tblPr>
      <w:tblGrid>
        <w:gridCol w:w="8928"/>
      </w:tblGrid>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One payment. No annual contract. Renew only when you choose.</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CPD-accredited online courses and completion certificates</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Course combinations can be matched to the proposed placement</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Minimum access periods: 14 days for one course, 30 days for two and 60 days for four</w:t>
            </w:r>
            <w:r>
              <w:rPr>
                <w:sz w:val="17"/>
              </w:rPr>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Access to the wider CPD-accredited course library while the account is active</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Complete additional courses at no extra cost during the agreed access period</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100 percent online and flexible</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Team discounts available</w:t>
            </w:r>
          </w:p>
        </w:tc>
      </w:tr>
    </w:tbl>
    <w:p/>
    <w:p>
      <w:pPr>
        <w:jc w:val="center"/>
      </w:pPr>
      <w:r>
        <w:rPr>
          <w:b/>
          <w:sz w:val="23"/>
        </w:rPr>
        <w:t>SCAN THE QR CODE OR CONTACT US TO DISCUSS YOUR TRAINING NEEDS</w:t>
      </w:r>
    </w:p>
    <w:p>
      <w:pPr>
        <w:jc w:val="center"/>
      </w:pPr>
      <w:r>
        <w:rPr>
          <w:b/>
          <w:i/>
          <w:color w:val="1C78A5"/>
          <w:sz w:val="26"/>
        </w:rPr>
        <w:t>Prepare your workers. Strengthen your service.</w:t>
      </w:r>
    </w:p>
    <w:p>
      <w:pPr>
        <w:jc w:val="center"/>
      </w:pPr>
      <w:r>
        <w:rPr>
          <w:b/>
          <w:sz w:val="26"/>
        </w:rPr>
        <w:t>YOUSTAR CONNECT</w:t>
      </w:r>
      <w:r>
        <w:br/>
        <w:t>www.youstarconnect.co.uk  •  info@youstarconnect.co.uk  •  07916 937741</w:t>
      </w:r>
    </w:p>
    <w:p>
      <w:pPr>
        <w:pStyle w:val="SmallPrint"/>
        <w:jc w:val="center"/>
      </w:pPr>
      <w:r>
        <w:t>Minimum access is 14 days for one course, 30 days for two and 60 days for four. Terms apply.</w:t>
      </w:r>
    </w:p>
    <w:p>
      <w:r>
        <w:br w:type="page"/>
      </w:r>
    </w:p>
    <w:p>
      <w:pPr>
        <w:jc w:val="center"/>
      </w:pPr>
      <w:r>
        <w:rPr>
          <w:b/>
          <w:color w:val="1C78A5"/>
          <w:sz w:val="26"/>
        </w:rPr>
        <w:t>PROPERTY MANAGEMENT AND FACILITIES COMPANIES</w:t>
      </w:r>
    </w:p>
    <w:p>
      <w:pPr>
        <w:spacing w:after="60"/>
        <w:jc w:val="center"/>
      </w:pPr>
      <w:r>
        <w:rPr>
          <w:b/>
          <w:color w:val="183A5A"/>
          <w:sz w:val="46"/>
        </w:rPr>
        <w:t>ESSENTIAL CPD-ACCREDITED TRAINING FOR PROPERTY AND FACILITIES STAFF</w:t>
      </w:r>
    </w:p>
    <w:p>
      <w:pPr>
        <w:jc w:val="center"/>
      </w:pPr>
      <w:r>
        <w:rPr>
          <w:b/>
          <w:sz w:val="26"/>
        </w:rPr>
        <w:t>INDIVIDUAL COURSES FROM £35 PER EMPLOYEE</w:t>
      </w:r>
    </w:p>
    <w:p>
      <w:pPr>
        <w:jc w:val="center"/>
      </w:pPr>
      <w:r>
        <w:rPr>
          <w:b/>
          <w:color w:val="1C78A5"/>
          <w:sz w:val="32"/>
        </w:rPr>
        <w:t>FOUR-COURSE PACKAGE  £99 PER EMPLOYEE</w:t>
      </w:r>
    </w:p>
    <w:p>
      <w:pPr>
        <w:jc w:val="center"/>
      </w:pPr>
      <w:r>
        <w:rPr>
          <w:b/>
        </w:rPr>
        <w:t>Recommended courses</w:t>
      </w:r>
    </w:p>
    <w:p>
      <w:pPr>
        <w:jc w:val="center"/>
      </w:pPr>
      <w:r>
        <w:rPr>
          <w:b/>
          <w:sz w:val="23"/>
        </w:rPr>
        <w:t>Health and Safety   •   Fire Safety   •   Manual Handling   •   COSHH Awareness</w:t>
      </w:r>
    </w:p>
    <w:p/>
    <w:tbl>
      <w:tblPr>
        <w:tblW w:type="auto" w:w="0"/>
        <w:jc w:val="center"/>
        <w:tblLayout w:type="fixed"/>
        <w:tblLook w:firstColumn="1" w:firstRow="1" w:lastColumn="0" w:lastRow="0" w:noHBand="0" w:noVBand="1" w:val="04A0"/>
        <w:tblBorders>
          <w:top w:val="single" w:sz="4" w:color="DDE5EA"/>
          <w:left w:val="single" w:sz="4" w:color="DDE5EA"/>
          <w:bottom w:val="single" w:sz="4" w:color="DDE5EA"/>
          <w:right w:val="single" w:sz="4" w:color="DDE5EA"/>
          <w:insideH w:val="single" w:sz="4" w:color="DDE5EA"/>
          <w:insideV w:val="single" w:sz="4" w:color="DDE5EA"/>
        </w:tblBorders>
      </w:tblPr>
      <w:tblGrid>
        <w:gridCol w:w="8928"/>
      </w:tblGrid>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One payment. No annual contract. Renew only when you choose.</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CPD-accredited online courses and completion certificates</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Minimum access periods: 14 days for one course, 30 days for two and 60 days for four</w:t>
            </w:r>
            <w:r>
              <w:rPr>
                <w:sz w:val="17"/>
              </w:rPr>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Access to the wider CPD-accredited course library while the account is active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Complete additional courses at no extra cost during the agreed access period</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100 percent online and flexible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Team discounts available</w:t>
            </w:r>
          </w:p>
        </w:tc>
      </w:tr>
    </w:tbl>
    <w:p/>
    <w:p>
      <w:pPr>
        <w:jc w:val="center"/>
      </w:pPr>
      <w:r>
        <w:rPr>
          <w:b/>
          <w:sz w:val="23"/>
        </w:rPr>
        <w:t>SCAN THE QR CODE OR CONTACT US TO DISCUSS YOUR TRAINING NEEDS</w:t>
      </w:r>
    </w:p>
    <w:p>
      <w:pPr>
        <w:jc w:val="center"/>
      </w:pPr>
      <w:r>
        <w:rPr>
          <w:b/>
          <w:i/>
          <w:color w:val="1C78A5"/>
          <w:sz w:val="26"/>
        </w:rPr>
        <w:t>Safer staff. Better-managed properties.</w:t>
      </w:r>
    </w:p>
    <w:p>
      <w:pPr>
        <w:jc w:val="center"/>
      </w:pPr>
      <w:r>
        <w:rPr>
          <w:b/>
          <w:sz w:val="26"/>
        </w:rPr>
        <w:t>YOUSTAR CONNECT</w:t>
      </w:r>
      <w:r>
        <w:br/>
        <w:t>www.youstarconnect.co.uk  •  info@youstarconnect.co.uk  •  07916 937741</w:t>
      </w:r>
    </w:p>
    <w:p>
      <w:pPr>
        <w:pStyle w:val="SmallPrint"/>
        <w:jc w:val="center"/>
      </w:pPr>
      <w:r>
        <w:t>Online courses alone do not replace regulated qualifications, employer competency checks or required practical or role-specific training. Practical task-specific instruction may also be required. Access terms apply.</w:t>
      </w:r>
    </w:p>
    <w:p>
      <w:r>
        <w:br w:type="page"/>
      </w:r>
    </w:p>
    <w:p>
      <w:pPr>
        <w:jc w:val="center"/>
      </w:pPr>
      <w:r>
        <w:rPr>
          <w:b/>
          <w:color w:val="1C78A5"/>
          <w:sz w:val="26"/>
        </w:rPr>
        <w:t>CHARITY ORGANISATIONS</w:t>
      </w:r>
    </w:p>
    <w:p>
      <w:pPr>
        <w:spacing w:after="60"/>
        <w:jc w:val="center"/>
      </w:pPr>
      <w:r>
        <w:rPr>
          <w:b/>
          <w:color w:val="183A5A"/>
          <w:sz w:val="46"/>
        </w:rPr>
        <w:t>ESSENTIAL CPD-ACCREDITED TRAINING FOR CHARITY STAFF AND VOLUNTEERS</w:t>
      </w:r>
    </w:p>
    <w:p>
      <w:pPr>
        <w:jc w:val="center"/>
      </w:pPr>
      <w:r>
        <w:rPr>
          <w:b/>
          <w:sz w:val="26"/>
        </w:rPr>
        <w:t>INDIVIDUAL COURSES FROM £35 PER LEARNER</w:t>
      </w:r>
    </w:p>
    <w:p>
      <w:pPr>
        <w:jc w:val="center"/>
      </w:pPr>
      <w:r>
        <w:rPr>
          <w:b/>
          <w:color w:val="1C78A5"/>
          <w:sz w:val="32"/>
        </w:rPr>
        <w:t>FOUR-COURSE PACKAGE  £99 PER LEARNER</w:t>
      </w:r>
    </w:p>
    <w:p>
      <w:pPr>
        <w:jc w:val="center"/>
      </w:pPr>
      <w:r>
        <w:rPr>
          <w:b/>
        </w:rPr>
        <w:t>Recommended courses</w:t>
      </w:r>
    </w:p>
    <w:p>
      <w:pPr>
        <w:jc w:val="center"/>
      </w:pPr>
      <w:r>
        <w:rPr>
          <w:b/>
          <w:sz w:val="23"/>
        </w:rPr>
        <w:t>Safeguarding Adults   •   Equality and Diversity   •   GDPR and Data Protection   •   Health and Safety</w:t>
      </w:r>
    </w:p>
    <w:p/>
    <w:tbl>
      <w:tblPr>
        <w:tblW w:type="auto" w:w="0"/>
        <w:jc w:val="center"/>
        <w:tblLayout w:type="fixed"/>
        <w:tblLook w:firstColumn="1" w:firstRow="1" w:lastColumn="0" w:lastRow="0" w:noHBand="0" w:noVBand="1" w:val="04A0"/>
        <w:tblBorders>
          <w:top w:val="single" w:sz="4" w:color="DDE5EA"/>
          <w:left w:val="single" w:sz="4" w:color="DDE5EA"/>
          <w:bottom w:val="single" w:sz="4" w:color="DDE5EA"/>
          <w:right w:val="single" w:sz="4" w:color="DDE5EA"/>
          <w:insideH w:val="single" w:sz="4" w:color="DDE5EA"/>
          <w:insideV w:val="single" w:sz="4" w:color="DDE5EA"/>
        </w:tblBorders>
      </w:tblPr>
      <w:tblGrid>
        <w:gridCol w:w="8928"/>
      </w:tblGrid>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One payment. No annual contract. Renew only when you choose.</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CPD-accredited online courses and completion certificates</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Minimum access periods: 14 days for one course, 30 days for two and 60 days for four</w:t>
            </w:r>
            <w:r>
              <w:rPr>
                <w:sz w:val="17"/>
              </w:rPr>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Access to the wider CPD-accredited course library while the account is active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Complete additional courses at no extra cost during the agreed access period</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100 percent online and flexible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Team discounts available</w:t>
            </w:r>
          </w:p>
        </w:tc>
      </w:tr>
    </w:tbl>
    <w:p/>
    <w:p>
      <w:pPr>
        <w:jc w:val="center"/>
      </w:pPr>
      <w:r>
        <w:rPr>
          <w:b/>
          <w:sz w:val="23"/>
        </w:rPr>
        <w:t>SCAN THE QR CODE OR CONTACT US TO DISCUSS YOUR TRAINING NEEDS</w:t>
      </w:r>
    </w:p>
    <w:p>
      <w:pPr>
        <w:jc w:val="center"/>
      </w:pPr>
      <w:r>
        <w:rPr>
          <w:b/>
          <w:i/>
          <w:color w:val="1C78A5"/>
          <w:sz w:val="26"/>
        </w:rPr>
        <w:t>Support your people. Strengthen your mission.</w:t>
      </w:r>
    </w:p>
    <w:p>
      <w:pPr>
        <w:jc w:val="center"/>
      </w:pPr>
      <w:r>
        <w:rPr>
          <w:b/>
          <w:sz w:val="26"/>
        </w:rPr>
        <w:t>YOUSTAR CONNECT</w:t>
      </w:r>
      <w:r>
        <w:br/>
        <w:t>www.youstarconnect.co.uk  •  info@youstarconnect.co.uk  •  07916 937741</w:t>
      </w:r>
    </w:p>
    <w:p>
      <w:pPr>
        <w:pStyle w:val="SmallPrint"/>
        <w:jc w:val="center"/>
      </w:pPr>
      <w:r>
        <w:t>Online courses alone do not replace regulated qualifications, employer competency checks or required practical or role-specific training. Practical task-specific instruction may also be required. Access terms apply.</w:t>
      </w:r>
    </w:p>
    <w:p>
      <w:pPr>
        <w:pageBreakBefore/>
        <w:jc w:val="center"/>
      </w:pPr>
      <w:r>
        <w:rPr>
          <w:b/>
          <w:color w:val="1C78A5"/>
          <w:sz w:val="26"/>
        </w:rPr>
        <w:t>EDUCATION BUSINESSES</w:t>
      </w:r>
    </w:p>
    <w:p>
      <w:pPr>
        <w:spacing w:after="60"/>
        <w:jc w:val="center"/>
      </w:pPr>
      <w:r>
        <w:rPr>
          <w:b/>
          <w:color w:val="183A5A"/>
          <w:sz w:val="46"/>
        </w:rPr>
        <w:t>ESSENTIAL CPD-ACCREDITED TRAINING FOR EDUCATION STAFF</w:t>
      </w:r>
    </w:p>
    <w:p>
      <w:pPr>
        <w:jc w:val="center"/>
      </w:pPr>
      <w:r>
        <w:rPr>
          <w:b/>
          <w:sz w:val="26"/>
        </w:rPr>
        <w:t>INDIVIDUAL COURSES FROM £35 PER EMPLOYEE</w:t>
      </w:r>
    </w:p>
    <w:p>
      <w:pPr>
        <w:jc w:val="center"/>
      </w:pPr>
      <w:r>
        <w:rPr>
          <w:b/>
          <w:color w:val="1C78A5"/>
          <w:sz w:val="32"/>
        </w:rPr>
        <w:t>FOUR-COURSE PACKAGE  £99 PER EMPLOYEE</w:t>
      </w:r>
    </w:p>
    <w:p>
      <w:pPr>
        <w:jc w:val="center"/>
      </w:pPr>
      <w:r>
        <w:rPr>
          <w:b/>
        </w:rPr>
        <w:t>Recommended courses</w:t>
      </w:r>
    </w:p>
    <w:p>
      <w:pPr>
        <w:jc w:val="center"/>
      </w:pPr>
      <w:r>
        <w:rPr>
          <w:b/>
          <w:sz w:val="23"/>
        </w:rPr>
        <w:t>Safeguarding   •   Prevent Duty   •   Health and Safety   •   GDPR and Data Protection</w:t>
      </w:r>
    </w:p>
    <w:p/>
    <w:tbl>
      <w:tblPr>
        <w:tblW w:type="auto" w:w="0"/>
        <w:jc w:val="center"/>
        <w:tblLayout w:type="fixed"/>
        <w:tblLook w:firstColumn="1" w:firstRow="1" w:lastColumn="0" w:lastRow="0" w:noHBand="0" w:noVBand="1" w:val="04A0"/>
        <w:tblBorders>
          <w:top w:val="single" w:sz="4" w:color="DDE5EA"/>
          <w:left w:val="single" w:sz="4" w:color="DDE5EA"/>
          <w:bottom w:val="single" w:sz="4" w:color="DDE5EA"/>
          <w:right w:val="single" w:sz="4" w:color="DDE5EA"/>
          <w:insideH w:val="single" w:sz="4" w:color="DDE5EA"/>
          <w:insideV w:val="single" w:sz="4" w:color="DDE5EA"/>
        </w:tblBorders>
      </w:tblPr>
      <w:tblGrid>
        <w:gridCol w:w="8928"/>
      </w:tblGrid>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One payment. No annual contract. Renew only when you choose.</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CPD-accredited online courses and completion certificates</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Minimum access periods: 14 days for one course, 30 days for two and 60 days for four</w:t>
            </w:r>
            <w:r>
              <w:rPr>
                <w:sz w:val="17"/>
              </w:rPr>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Access to the wider CPD-accredited course library while the account is active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Complete additional courses at no extra cost during the agreed access period</w:t>
            </w:r>
          </w:p>
        </w:tc>
      </w:tr>
      <w:tr>
        <w:tc>
          <w:tcPr>
            <w:tcW w:type="dxa" w:w="8928"/>
            <w:tcMar>
              <w:top w:w="95" w:type="dxa"/>
              <w:start w:w="150" w:type="dxa"/>
              <w:bottom w:w="95" w:type="dxa"/>
              <w:end w:w="150" w:type="dxa"/>
            </w:tcMar>
            <w:shd w:fill="FFFFFF"/>
          </w:tcPr>
          <w:p>
            <w:pPr>
              <w:spacing w:before="0" w:after="0" w:line="200" w:lineRule="exact"/>
            </w:pPr>
            <w:r>
              <w:rPr>
                <w:b/>
                <w:color w:val="1C78A5"/>
                <w:sz w:val="17"/>
              </w:rPr>
              <w:t xml:space="preserve">✓  </w:t>
            </w:r>
            <w:r>
              <w:rPr>
                <w:sz w:val="17"/>
              </w:rPr>
              <w:t>100 percent online and flexible</w:t>
            </w:r>
          </w:p>
        </w:tc>
      </w:tr>
      <w:tr>
        <w:tc>
          <w:tcPr>
            <w:tcW w:type="dxa" w:w="8928"/>
            <w:tcMar>
              <w:top w:w="95" w:type="dxa"/>
              <w:start w:w="150" w:type="dxa"/>
              <w:bottom w:w="95" w:type="dxa"/>
              <w:end w:w="150" w:type="dxa"/>
            </w:tcMar>
            <w:shd w:fill="EAF4F8"/>
          </w:tcPr>
          <w:p>
            <w:pPr>
              <w:spacing w:before="0" w:after="0" w:line="200" w:lineRule="exact"/>
            </w:pPr>
            <w:r>
              <w:rPr>
                <w:b/>
                <w:color w:val="1C78A5"/>
                <w:sz w:val="17"/>
              </w:rPr>
              <w:t xml:space="preserve">✓  </w:t>
            </w:r>
            <w:r>
              <w:rPr>
                <w:sz w:val="17"/>
              </w:rPr>
              <w:t>Team discounts available</w:t>
            </w:r>
          </w:p>
        </w:tc>
      </w:tr>
    </w:tbl>
    <w:p/>
    <w:p>
      <w:pPr>
        <w:jc w:val="center"/>
      </w:pPr>
      <w:r>
        <w:rPr>
          <w:b/>
          <w:sz w:val="23"/>
        </w:rPr>
        <w:t>SCAN THE QR CODE OR CONTACT US TO DISCUSS YOUR TRAINING NEEDS</w:t>
      </w:r>
    </w:p>
    <w:p>
      <w:pPr>
        <w:jc w:val="center"/>
      </w:pPr>
      <w:r>
        <w:rPr>
          <w:b/>
          <w:i/>
          <w:color w:val="1C78A5"/>
          <w:sz w:val="26"/>
        </w:rPr>
        <w:t>Develop your staff. Support safer learning.</w:t>
      </w:r>
    </w:p>
    <w:p>
      <w:pPr>
        <w:jc w:val="center"/>
      </w:pPr>
      <w:r>
        <w:rPr>
          <w:b/>
          <w:sz w:val="26"/>
        </w:rPr>
        <w:t>YOUSTAR CONNECT</w:t>
      </w:r>
      <w:r>
        <w:br/>
        <w:t>www.youstarconnect.co.uk  •  info@youstarconnect.co.uk  •  07916 937741</w:t>
      </w:r>
    </w:p>
    <w:p>
      <w:pPr>
        <w:pStyle w:val="SmallPrint"/>
        <w:jc w:val="center"/>
      </w:pPr>
      <w:r>
        <w:t>Online courses alone do not replace regulated qualifications, employer competency checks or required practical or role-specific training. Practical task-specific instruction may also be required. Access terms apply.</w:t>
      </w:r>
    </w:p>
    <w:sectPr w:rsidR="00FC693F" w:rsidRPr="0006063C" w:rsidSect="00034616">
      <w:headerReference w:type="default" r:id="rId9"/>
      <w:footerReference w:type="default" r:id="rId10"/>
      <w:pgSz w:w="12240" w:h="15840"/>
      <w:pgMar w:top="893" w:right="1080" w:bottom="893"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570"/>
        <w:sz w:val="16"/>
      </w:rPr>
      <w:t xml:space="preserve">Youstar Connect  •  Essential Compliance Training Marketing Pack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143000" cy="989233"/>
          <wp:docPr id="1" name="Picture 1"/>
          <wp:cNvGraphicFramePr>
            <a:graphicFrameLocks noChangeAspect="1"/>
          </wp:cNvGraphicFramePr>
          <a:graphic>
            <a:graphicData uri="http://schemas.openxmlformats.org/drawingml/2006/picture">
              <pic:pic>
                <pic:nvPicPr>
                  <pic:cNvPr id="0" name="Youstar Connect Logo.png"/>
                  <pic:cNvPicPr/>
                </pic:nvPicPr>
                <pic:blipFill>
                  <a:blip r:embed="rId1"/>
                  <a:stretch>
                    <a:fillRect/>
                  </a:stretch>
                </pic:blipFill>
                <pic:spPr>
                  <a:xfrm>
                    <a:off x="0" y="0"/>
                    <a:ext cx="1143000" cy="98923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40" w:after="12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w:hAnsi="Apto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Print">
    <w:name w:val="Small Print"/>
    <w:pPr>
      <w:spacing w:after="60" w:line="240" w:lineRule="auto"/>
    </w:pPr>
    <w:rPr>
      <w:rFonts w:ascii="Aptos" w:hAnsi="Aptos"/>
      <w:color w:val="5B657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